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CB189" w14:textId="46FF7906" w:rsidR="008D3444" w:rsidRDefault="008C0C7B" w:rsidP="008C0C7B">
      <w:pPr>
        <w:jc w:val="center"/>
      </w:pPr>
      <w:r>
        <w:rPr>
          <w:b/>
          <w:noProof/>
          <w:sz w:val="24"/>
          <w:lang w:eastAsia="en-GB"/>
        </w:rPr>
        <w:drawing>
          <wp:inline distT="0" distB="0" distL="0" distR="0" wp14:anchorId="51D2C188" wp14:editId="1D575CE5">
            <wp:extent cx="1057275" cy="952503"/>
            <wp:effectExtent l="0" t="0" r="9525" b="0"/>
            <wp:docPr id="1236340715" name="Picture 1" descr="New School Logo June 20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525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811B0CB" w14:textId="77777777" w:rsidR="008D3444" w:rsidRPr="008C0C7B" w:rsidRDefault="00950DC4" w:rsidP="008C0C7B">
      <w:pPr>
        <w:spacing w:after="40"/>
        <w:jc w:val="center"/>
        <w:rPr>
          <w:b/>
          <w:bCs/>
          <w:sz w:val="36"/>
          <w:szCs w:val="36"/>
          <w:u w:val="single"/>
        </w:rPr>
      </w:pPr>
      <w:r w:rsidRPr="008C0C7B">
        <w:rPr>
          <w:b/>
          <w:bCs/>
          <w:sz w:val="36"/>
          <w:szCs w:val="36"/>
          <w:u w:val="single"/>
        </w:rPr>
        <w:t>Grangehurst Primary School</w:t>
      </w:r>
    </w:p>
    <w:p w14:paraId="69B836DB" w14:textId="77777777" w:rsidR="008D3444" w:rsidRDefault="008D3444"/>
    <w:p w14:paraId="3B56CAFA" w14:textId="3138545F" w:rsidR="008D3444" w:rsidRDefault="00950DC4" w:rsidP="008C0C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</w:pPr>
      <w:proofErr w:type="gramStart"/>
      <w:r>
        <w:t>Job Title</w:t>
      </w:r>
      <w:proofErr w:type="gramEnd"/>
      <w:r>
        <w:t xml:space="preserve">: </w:t>
      </w:r>
      <w:r w:rsidR="008C0C7B">
        <w:tab/>
      </w:r>
      <w:r w:rsidR="008C0C7B">
        <w:tab/>
      </w:r>
      <w:r>
        <w:t>Office Manager</w:t>
      </w:r>
    </w:p>
    <w:p w14:paraId="0BB5B56F" w14:textId="6167955F" w:rsidR="008D3444" w:rsidRDefault="00950DC4" w:rsidP="008C0C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</w:pPr>
      <w:r>
        <w:t xml:space="preserve">Directorate: </w:t>
      </w:r>
      <w:r w:rsidR="008C0C7B">
        <w:tab/>
      </w:r>
      <w:r w:rsidR="008C0C7B">
        <w:tab/>
      </w:r>
      <w:r>
        <w:t>Children, Learning and Young People Post Number:</w:t>
      </w:r>
    </w:p>
    <w:p w14:paraId="54FE2A48" w14:textId="1C783098" w:rsidR="008D3444" w:rsidRDefault="00950DC4" w:rsidP="008C0C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</w:pPr>
      <w:r>
        <w:t xml:space="preserve">Service: </w:t>
      </w:r>
      <w:r w:rsidR="008C0C7B">
        <w:tab/>
      </w:r>
      <w:r w:rsidR="008C0C7B">
        <w:tab/>
      </w:r>
      <w:r>
        <w:t>Services for Schools Grade: Grade 5</w:t>
      </w:r>
    </w:p>
    <w:p w14:paraId="35A8E685" w14:textId="25BA2960" w:rsidR="008D3444" w:rsidRDefault="00950DC4" w:rsidP="008C0C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</w:pPr>
      <w:r>
        <w:t xml:space="preserve">Location: </w:t>
      </w:r>
      <w:r w:rsidR="008C0C7B">
        <w:tab/>
      </w:r>
      <w:r w:rsidR="008C0C7B">
        <w:tab/>
      </w:r>
      <w:r>
        <w:t>Grangehurst Primary School</w:t>
      </w:r>
    </w:p>
    <w:p w14:paraId="2BA05868" w14:textId="021EC088" w:rsidR="008D3444" w:rsidRDefault="00950DC4" w:rsidP="008C0C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</w:pPr>
      <w:r>
        <w:t xml:space="preserve">Contract: </w:t>
      </w:r>
      <w:r w:rsidR="008C0C7B">
        <w:tab/>
      </w:r>
      <w:r w:rsidR="008C0C7B">
        <w:tab/>
      </w:r>
      <w:r>
        <w:t xml:space="preserve">Permanent, Term time plus </w:t>
      </w:r>
      <w:r w:rsidR="008C0C7B">
        <w:t>2</w:t>
      </w:r>
      <w:r>
        <w:t xml:space="preserve"> weeks (4</w:t>
      </w:r>
      <w:r w:rsidR="008C0C7B">
        <w:t>0</w:t>
      </w:r>
      <w:r>
        <w:t xml:space="preserve"> weeks per year)</w:t>
      </w:r>
    </w:p>
    <w:p w14:paraId="39879077" w14:textId="6F119AD5" w:rsidR="008D3444" w:rsidRDefault="00950DC4" w:rsidP="008C0C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</w:pPr>
      <w:r>
        <w:t>Hours of work</w:t>
      </w:r>
      <w:r w:rsidR="008C0C7B">
        <w:tab/>
      </w:r>
      <w:r w:rsidR="008C0C7B">
        <w:tab/>
      </w:r>
      <w:r>
        <w:t>37hrs per week</w:t>
      </w:r>
      <w:r w:rsidR="008C0C7B">
        <w:t xml:space="preserve">, </w:t>
      </w:r>
      <w:r>
        <w:t>Monday-Friday 8.00pm-4.00pm</w:t>
      </w:r>
    </w:p>
    <w:p w14:paraId="203F4A92" w14:textId="77777777" w:rsidR="008D3444" w:rsidRDefault="008D3444"/>
    <w:p w14:paraId="371C7AC9" w14:textId="77777777" w:rsidR="008D3444" w:rsidRDefault="00950DC4">
      <w:pPr>
        <w:spacing w:after="40"/>
      </w:pPr>
      <w:r>
        <w:rPr>
          <w:b/>
          <w:sz w:val="22"/>
        </w:rPr>
        <w:t>INTRODUCTION</w:t>
      </w:r>
    </w:p>
    <w:p w14:paraId="5A9F5041" w14:textId="77777777" w:rsidR="008D3444" w:rsidRDefault="00950DC4">
      <w:pPr>
        <w:spacing w:after="40"/>
      </w:pPr>
      <w:r>
        <w:t>In addition to all role specific responsibilities and tasks, your role will require you to:</w:t>
      </w:r>
    </w:p>
    <w:p w14:paraId="2CD6A249" w14:textId="77777777" w:rsidR="008D3444" w:rsidRDefault="00950DC4">
      <w:pPr>
        <w:spacing w:after="40"/>
      </w:pPr>
      <w:r>
        <w:t>• Maintain and promote the positive ethos and core values of the school</w:t>
      </w:r>
    </w:p>
    <w:p w14:paraId="411C87BC" w14:textId="77777777" w:rsidR="008D3444" w:rsidRDefault="00950DC4">
      <w:pPr>
        <w:spacing w:after="40"/>
      </w:pPr>
      <w:r>
        <w:t>• Maintain good order and behaviour amongst pupils, safeguarding their health and safety, in</w:t>
      </w:r>
    </w:p>
    <w:p w14:paraId="7E90207E" w14:textId="77777777" w:rsidR="008D3444" w:rsidRDefault="00950DC4">
      <w:pPr>
        <w:spacing w:after="40"/>
      </w:pPr>
      <w:r>
        <w:t>accordance with the school’s Behaviour and Child Protection Policies</w:t>
      </w:r>
    </w:p>
    <w:p w14:paraId="7A3B82DF" w14:textId="77777777" w:rsidR="008D3444" w:rsidRDefault="00950DC4">
      <w:pPr>
        <w:spacing w:after="40"/>
      </w:pPr>
      <w:r>
        <w:t>• Provide a positive, welcoming and friendly face representing the school vision and ethos to the wider</w:t>
      </w:r>
    </w:p>
    <w:p w14:paraId="5818A404" w14:textId="77777777" w:rsidR="008D3444" w:rsidRDefault="00950DC4">
      <w:pPr>
        <w:spacing w:after="40"/>
      </w:pPr>
      <w:r>
        <w:t>school community.</w:t>
      </w:r>
    </w:p>
    <w:p w14:paraId="445902CC" w14:textId="77777777" w:rsidR="008D3444" w:rsidRDefault="008D3444"/>
    <w:p w14:paraId="481FF5CA" w14:textId="2AA6C658" w:rsidR="008D3444" w:rsidRDefault="00950DC4">
      <w:pPr>
        <w:spacing w:after="40"/>
      </w:pPr>
      <w:r>
        <w:rPr>
          <w:b/>
          <w:sz w:val="22"/>
        </w:rPr>
        <w:t>Job Purpose</w:t>
      </w:r>
      <w:proofErr w:type="gramStart"/>
      <w:r>
        <w:rPr>
          <w:b/>
          <w:sz w:val="22"/>
        </w:rPr>
        <w:t>:</w:t>
      </w:r>
      <w:r w:rsidR="008C0C7B">
        <w:t xml:space="preserve">  </w:t>
      </w:r>
      <w:r>
        <w:t>The</w:t>
      </w:r>
      <w:proofErr w:type="gramEnd"/>
      <w:r>
        <w:t xml:space="preserve"> Office Manager’s key role is to lead an efficient and effective administrative office that supports the school</w:t>
      </w:r>
      <w:r w:rsidR="008C0C7B">
        <w:t xml:space="preserve"> </w:t>
      </w:r>
      <w:r>
        <w:t>in ensuring that these statements are true.</w:t>
      </w:r>
    </w:p>
    <w:p w14:paraId="24D7D740" w14:textId="77777777" w:rsidR="008C0C7B" w:rsidRDefault="008C0C7B">
      <w:pPr>
        <w:spacing w:after="40"/>
      </w:pPr>
    </w:p>
    <w:p w14:paraId="638E852C" w14:textId="5B13E227" w:rsidR="008D3444" w:rsidRDefault="00950DC4">
      <w:pPr>
        <w:spacing w:after="40"/>
      </w:pPr>
      <w:r w:rsidRPr="008C0C7B">
        <w:rPr>
          <w:b/>
          <w:bCs/>
        </w:rPr>
        <w:t>Responsible to</w:t>
      </w:r>
      <w:r>
        <w:t>: The School Business Manager</w:t>
      </w:r>
    </w:p>
    <w:p w14:paraId="6D97CE0F" w14:textId="77777777" w:rsidR="008D3444" w:rsidRDefault="008D3444"/>
    <w:p w14:paraId="73C916EC" w14:textId="77777777" w:rsidR="008D3444" w:rsidRDefault="00950DC4">
      <w:pPr>
        <w:spacing w:after="40"/>
      </w:pPr>
      <w:r w:rsidRPr="008C0C7B">
        <w:rPr>
          <w:b/>
          <w:bCs/>
        </w:rPr>
        <w:t>Responsible for</w:t>
      </w:r>
      <w:r>
        <w:t>: Administration Assistants</w:t>
      </w:r>
    </w:p>
    <w:p w14:paraId="04815725" w14:textId="77777777" w:rsidR="008D3444" w:rsidRDefault="008D3444"/>
    <w:p w14:paraId="70F8E035" w14:textId="77777777" w:rsidR="008D3444" w:rsidRDefault="00950DC4">
      <w:pPr>
        <w:spacing w:after="40"/>
      </w:pPr>
      <w:r>
        <w:rPr>
          <w:b/>
          <w:sz w:val="22"/>
        </w:rPr>
        <w:t>Responsibilities and key tasks:</w:t>
      </w:r>
    </w:p>
    <w:p w14:paraId="16BE532F" w14:textId="77777777" w:rsidR="008D3444" w:rsidRDefault="008D3444"/>
    <w:p w14:paraId="1E89E45A" w14:textId="77777777" w:rsidR="008D3444" w:rsidRPr="008C0C7B" w:rsidRDefault="00950DC4">
      <w:pPr>
        <w:spacing w:after="40"/>
        <w:rPr>
          <w:color w:val="4F81BD" w:themeColor="accent1"/>
        </w:rPr>
      </w:pPr>
      <w:r w:rsidRPr="008C0C7B">
        <w:rPr>
          <w:b/>
          <w:color w:val="4F81BD" w:themeColor="accent1"/>
          <w:sz w:val="22"/>
        </w:rPr>
        <w:t>ADMINISTRATION</w:t>
      </w:r>
    </w:p>
    <w:p w14:paraId="2B0A25F7" w14:textId="77777777" w:rsidR="008D3444" w:rsidRDefault="00950DC4">
      <w:pPr>
        <w:spacing w:after="40"/>
      </w:pPr>
      <w:r>
        <w:t>• Undertake general office duties including maintaining and updating all procedures within areas of</w:t>
      </w:r>
    </w:p>
    <w:p w14:paraId="3F5F4355" w14:textId="77777777" w:rsidR="008D3444" w:rsidRDefault="00950DC4">
      <w:pPr>
        <w:spacing w:after="40"/>
      </w:pPr>
      <w:r>
        <w:t>responsibility</w:t>
      </w:r>
    </w:p>
    <w:p w14:paraId="44A6DC1C" w14:textId="77777777" w:rsidR="008D3444" w:rsidRDefault="00950DC4">
      <w:pPr>
        <w:spacing w:after="40"/>
      </w:pPr>
      <w:r>
        <w:t>• Support the office team, prioritising workloads, delegating tasks, managing deadlines, managing</w:t>
      </w:r>
    </w:p>
    <w:p w14:paraId="5056FBE8" w14:textId="77777777" w:rsidR="008D3444" w:rsidRDefault="00950DC4">
      <w:pPr>
        <w:spacing w:after="40"/>
      </w:pPr>
      <w:r>
        <w:t>interruptions and maintaining high standards of work</w:t>
      </w:r>
    </w:p>
    <w:p w14:paraId="340AD60A" w14:textId="77777777" w:rsidR="008D3444" w:rsidRDefault="00950DC4">
      <w:pPr>
        <w:spacing w:after="40"/>
      </w:pPr>
      <w:r>
        <w:t>• Resolve queries, forwarding or filtering calls and communication to the wider team as appropriate</w:t>
      </w:r>
    </w:p>
    <w:p w14:paraId="1EC2008C" w14:textId="77777777" w:rsidR="008D3444" w:rsidRDefault="00950DC4">
      <w:pPr>
        <w:spacing w:after="40"/>
      </w:pPr>
      <w:r>
        <w:t>• Ensure the smooth processing of incoming and outgoing correspondence</w:t>
      </w:r>
    </w:p>
    <w:p w14:paraId="139BB635" w14:textId="77777777" w:rsidR="008D3444" w:rsidRDefault="00950DC4">
      <w:pPr>
        <w:spacing w:after="40"/>
      </w:pPr>
      <w:r>
        <w:t>• Within the office team, manage administrative processes including the school email account, telephone</w:t>
      </w:r>
    </w:p>
    <w:p w14:paraId="57A9BD55" w14:textId="77777777" w:rsidR="008D3444" w:rsidRDefault="00950DC4">
      <w:pPr>
        <w:spacing w:after="40"/>
      </w:pPr>
      <w:r>
        <w:t>calls, incoming and outgoing post and other school communications such as the weekly newsletter and</w:t>
      </w:r>
    </w:p>
    <w:p w14:paraId="25D15AEB" w14:textId="77777777" w:rsidR="008D3444" w:rsidRDefault="00950DC4">
      <w:pPr>
        <w:spacing w:after="40"/>
      </w:pPr>
      <w:r>
        <w:t>letters</w:t>
      </w:r>
    </w:p>
    <w:p w14:paraId="6B99B891" w14:textId="77777777" w:rsidR="008D3444" w:rsidRDefault="00950DC4">
      <w:pPr>
        <w:spacing w:after="40"/>
      </w:pPr>
      <w:r>
        <w:lastRenderedPageBreak/>
        <w:t>• Within the office team, create new academic year in Bromcom in a timely manner in which to be able to</w:t>
      </w:r>
    </w:p>
    <w:p w14:paraId="5EE8F3CC" w14:textId="71A1400A" w:rsidR="008D3444" w:rsidRDefault="00950DC4" w:rsidP="008C0C7B">
      <w:pPr>
        <w:spacing w:after="40"/>
      </w:pPr>
      <w:r>
        <w:t>assist with completing end of year procedures and creating new registers for new academic year</w:t>
      </w:r>
    </w:p>
    <w:p w14:paraId="3AF00864" w14:textId="77777777" w:rsidR="008D3444" w:rsidRDefault="00950DC4">
      <w:pPr>
        <w:spacing w:after="40"/>
      </w:pPr>
      <w:r>
        <w:t>• Within the wider team, manage the school diary and calendar ensuring information is shared with</w:t>
      </w:r>
    </w:p>
    <w:p w14:paraId="257EB195" w14:textId="77777777" w:rsidR="008D3444" w:rsidRDefault="00950DC4">
      <w:pPr>
        <w:spacing w:after="40"/>
      </w:pPr>
      <w:r>
        <w:t>relevant stakeholders as needed</w:t>
      </w:r>
    </w:p>
    <w:p w14:paraId="086F5F06" w14:textId="77777777" w:rsidR="008D3444" w:rsidRDefault="00950DC4">
      <w:pPr>
        <w:spacing w:after="40"/>
      </w:pPr>
      <w:r>
        <w:t>• Liaise and communicate effectively with staff, parents, pupils and others, both verbally and in writing to</w:t>
      </w:r>
    </w:p>
    <w:p w14:paraId="339D1E01" w14:textId="77777777" w:rsidR="008D3444" w:rsidRDefault="00950DC4">
      <w:pPr>
        <w:spacing w:after="40"/>
      </w:pPr>
      <w:r>
        <w:t>obtain and provide information in a courteous and supportive manner</w:t>
      </w:r>
    </w:p>
    <w:p w14:paraId="2D94E860" w14:textId="77777777" w:rsidR="008D3444" w:rsidRDefault="00950DC4">
      <w:pPr>
        <w:spacing w:after="40"/>
      </w:pPr>
      <w:r>
        <w:t>• Manage visitors in school and ensure safeguarding procedures are shared and adhered to with regard</w:t>
      </w:r>
    </w:p>
    <w:p w14:paraId="44A386D0" w14:textId="77777777" w:rsidR="008D3444" w:rsidRDefault="00950DC4">
      <w:pPr>
        <w:spacing w:after="40"/>
      </w:pPr>
      <w:r>
        <w:t>to school visitors, volunteers and supply staff, and pupils leaving the school site during the school day</w:t>
      </w:r>
    </w:p>
    <w:p w14:paraId="5077AE88" w14:textId="77777777" w:rsidR="008D3444" w:rsidRDefault="00950DC4">
      <w:pPr>
        <w:spacing w:after="40"/>
      </w:pPr>
      <w:r>
        <w:t>• Within the office team, organise tours of the school site for prospective parents and visitors as needed</w:t>
      </w:r>
    </w:p>
    <w:p w14:paraId="1A6F7080" w14:textId="77777777" w:rsidR="008D3444" w:rsidRDefault="00950DC4">
      <w:pPr>
        <w:spacing w:after="40"/>
      </w:pPr>
      <w:r>
        <w:t>• Within the office team, arrange hospitality as required including setting up for Governors Meetings</w:t>
      </w:r>
    </w:p>
    <w:p w14:paraId="403B90DA" w14:textId="77777777" w:rsidR="008D3444" w:rsidRDefault="00950DC4">
      <w:pPr>
        <w:spacing w:after="40"/>
      </w:pPr>
      <w:r>
        <w:t>• Manage milk orders and the fruit scheme for all Key Stage 1 and Reception pupils.</w:t>
      </w:r>
    </w:p>
    <w:p w14:paraId="4830D76F" w14:textId="77777777" w:rsidR="008D3444" w:rsidRDefault="00950DC4">
      <w:pPr>
        <w:spacing w:after="40"/>
      </w:pPr>
      <w:r>
        <w:t>• Oversee the office team in all tasks in relation to pupil transfers and admissions; ensure all pupil</w:t>
      </w:r>
    </w:p>
    <w:p w14:paraId="14C587CE" w14:textId="77777777" w:rsidR="008D3444" w:rsidRDefault="00950DC4">
      <w:pPr>
        <w:spacing w:after="40"/>
      </w:pPr>
      <w:r>
        <w:t>information is correctly recorded on BromCom.</w:t>
      </w:r>
    </w:p>
    <w:p w14:paraId="78F7B270" w14:textId="77777777" w:rsidR="008D3444" w:rsidRDefault="00950DC4">
      <w:pPr>
        <w:spacing w:after="40"/>
      </w:pPr>
      <w:r>
        <w:t>• Lead on new Reception intake, managing the Rising 5s communications between school, parents and</w:t>
      </w:r>
    </w:p>
    <w:p w14:paraId="51857344" w14:textId="77777777" w:rsidR="008D3444" w:rsidRDefault="00950DC4">
      <w:pPr>
        <w:spacing w:after="40"/>
      </w:pPr>
      <w:r>
        <w:t>the admissions team.</w:t>
      </w:r>
    </w:p>
    <w:p w14:paraId="07A3C5DB" w14:textId="77777777" w:rsidR="008D3444" w:rsidRDefault="00950DC4">
      <w:pPr>
        <w:spacing w:after="40"/>
      </w:pPr>
      <w:r>
        <w:t>• Ensure admin and school staff maintain pupil filing systems accurately; flag up concerns to HT and</w:t>
      </w:r>
    </w:p>
    <w:p w14:paraId="30EA2758" w14:textId="77777777" w:rsidR="008D3444" w:rsidRDefault="00950DC4">
      <w:pPr>
        <w:spacing w:after="40"/>
      </w:pPr>
      <w:r>
        <w:t>SBM as they occur</w:t>
      </w:r>
    </w:p>
    <w:p w14:paraId="21F42B12" w14:textId="77777777" w:rsidR="008D3444" w:rsidRDefault="00950DC4">
      <w:pPr>
        <w:spacing w:after="40"/>
      </w:pPr>
      <w:r>
        <w:t>• Within the office team, organise school trips, including letters to parents, demonstrating best value</w:t>
      </w:r>
    </w:p>
    <w:p w14:paraId="2F250BAF" w14:textId="77777777" w:rsidR="008D3444" w:rsidRDefault="00950DC4">
      <w:pPr>
        <w:spacing w:after="40"/>
      </w:pPr>
      <w:r>
        <w:t>when booking venues and coaches, being mindful of the school calendar, notifying the kitchen of meal</w:t>
      </w:r>
    </w:p>
    <w:p w14:paraId="3B3E109E" w14:textId="77777777" w:rsidR="008D3444" w:rsidRDefault="00950DC4">
      <w:pPr>
        <w:spacing w:after="40"/>
      </w:pPr>
      <w:r>
        <w:t>requirements in a timely manner, managing permission slips, managing payment systems for parental</w:t>
      </w:r>
    </w:p>
    <w:p w14:paraId="57104148" w14:textId="77777777" w:rsidR="008D3444" w:rsidRDefault="00950DC4">
      <w:pPr>
        <w:spacing w:after="40"/>
      </w:pPr>
      <w:r>
        <w:t>contributions and maintaining appropriate records</w:t>
      </w:r>
    </w:p>
    <w:p w14:paraId="25A556BA" w14:textId="77777777" w:rsidR="008D3444" w:rsidRDefault="00950DC4">
      <w:pPr>
        <w:spacing w:after="40"/>
      </w:pPr>
      <w:r>
        <w:t>• Within the office team, prepare paperwork for all afterschool clubs including letters, registers and</w:t>
      </w:r>
    </w:p>
    <w:p w14:paraId="52FCE2CE" w14:textId="77777777" w:rsidR="008D3444" w:rsidRDefault="00950DC4">
      <w:pPr>
        <w:spacing w:after="40"/>
      </w:pPr>
      <w:r>
        <w:t>payment</w:t>
      </w:r>
    </w:p>
    <w:p w14:paraId="4A95CC61" w14:textId="77777777" w:rsidR="008D3444" w:rsidRDefault="00950DC4">
      <w:pPr>
        <w:spacing w:after="40"/>
      </w:pPr>
      <w:r>
        <w:t>• Provide advice and guidance to staff, pupils and others on administrative systems and events that take</w:t>
      </w:r>
    </w:p>
    <w:p w14:paraId="6FCE9361" w14:textId="77777777" w:rsidR="008D3444" w:rsidRDefault="00950DC4">
      <w:pPr>
        <w:spacing w:after="40"/>
      </w:pPr>
      <w:r>
        <w:t>place in school</w:t>
      </w:r>
    </w:p>
    <w:p w14:paraId="62F8F0E3" w14:textId="77777777" w:rsidR="008D3444" w:rsidRDefault="00950DC4">
      <w:pPr>
        <w:spacing w:after="40"/>
      </w:pPr>
      <w:r>
        <w:t>• Assist with marketing and promoting the school</w:t>
      </w:r>
    </w:p>
    <w:p w14:paraId="033E3007" w14:textId="77777777" w:rsidR="008D3444" w:rsidRDefault="00950DC4">
      <w:pPr>
        <w:spacing w:after="40"/>
      </w:pPr>
      <w:r>
        <w:t>• Ensure the office is kept tidy, organised and in good order at all times, making sure there are sufficient</w:t>
      </w:r>
    </w:p>
    <w:p w14:paraId="03C51DD1" w14:textId="77777777" w:rsidR="008D3444" w:rsidRDefault="00950DC4">
      <w:pPr>
        <w:spacing w:after="40"/>
      </w:pPr>
      <w:r>
        <w:t>office resources available.</w:t>
      </w:r>
    </w:p>
    <w:p w14:paraId="3C1580EB" w14:textId="77777777" w:rsidR="008D3444" w:rsidRDefault="00950DC4">
      <w:pPr>
        <w:spacing w:after="40"/>
      </w:pPr>
      <w:r>
        <w:t>• Book training courses for staff as required</w:t>
      </w:r>
    </w:p>
    <w:p w14:paraId="1FFF855D" w14:textId="77777777" w:rsidR="008D3444" w:rsidRDefault="00950DC4">
      <w:pPr>
        <w:spacing w:after="40"/>
      </w:pPr>
      <w:r>
        <w:t>• Within the office team, create and maintain spreadsheets for trips and extra-curricular activities,</w:t>
      </w:r>
    </w:p>
    <w:p w14:paraId="28AC0EB6" w14:textId="77777777" w:rsidR="008D3444" w:rsidRDefault="00950DC4">
      <w:pPr>
        <w:spacing w:after="40"/>
      </w:pPr>
      <w:r>
        <w:t>chasing outstanding payments and permission slips</w:t>
      </w:r>
    </w:p>
    <w:p w14:paraId="6BBD325B" w14:textId="77777777" w:rsidR="008D3444" w:rsidRDefault="00950DC4">
      <w:pPr>
        <w:spacing w:after="40"/>
      </w:pPr>
      <w:r>
        <w:t>• Provide confidential clerical assistance to the Headteacher and Senior Leaders</w:t>
      </w:r>
    </w:p>
    <w:p w14:paraId="5441CFE2" w14:textId="77777777" w:rsidR="008D3444" w:rsidRDefault="00950DC4">
      <w:pPr>
        <w:spacing w:after="40"/>
      </w:pPr>
      <w:r>
        <w:t>• Alongside the SBM and Clerk to Governors, support any elections within the school for staff and/ or</w:t>
      </w:r>
    </w:p>
    <w:p w14:paraId="7BD0F0A2" w14:textId="77777777" w:rsidR="008D3444" w:rsidRDefault="00950DC4">
      <w:pPr>
        <w:spacing w:after="40"/>
      </w:pPr>
      <w:r>
        <w:t>parent governor vacancies to the Board of Governors</w:t>
      </w:r>
    </w:p>
    <w:p w14:paraId="19AC6766" w14:textId="77777777" w:rsidR="008D3444" w:rsidRDefault="00950DC4">
      <w:pPr>
        <w:spacing w:after="40"/>
      </w:pPr>
      <w:r>
        <w:t>• Alongside the SBM, undertake all work in relation to lettings; receiving and processing bookings,</w:t>
      </w:r>
    </w:p>
    <w:p w14:paraId="060760F1" w14:textId="77777777" w:rsidR="008D3444" w:rsidRDefault="00950DC4">
      <w:pPr>
        <w:spacing w:after="40"/>
      </w:pPr>
      <w:r>
        <w:t>sharing policies and liaising with Site Service Officer and Hirer as required</w:t>
      </w:r>
    </w:p>
    <w:p w14:paraId="641EA975" w14:textId="77777777" w:rsidR="008D3444" w:rsidRDefault="00950DC4">
      <w:pPr>
        <w:spacing w:after="40"/>
      </w:pPr>
      <w:r>
        <w:t>• Within the wider staff team, help plan and provide support for forthcoming school events</w:t>
      </w:r>
    </w:p>
    <w:p w14:paraId="0757D848" w14:textId="77777777" w:rsidR="008D3444" w:rsidRDefault="00950DC4">
      <w:pPr>
        <w:spacing w:after="40"/>
      </w:pPr>
      <w:r>
        <w:t>• Liaise with the School Nursing Team to ensure all health screening checks are promoted effectively to</w:t>
      </w:r>
    </w:p>
    <w:p w14:paraId="5010EF6A" w14:textId="77777777" w:rsidR="008D3444" w:rsidRDefault="00950DC4">
      <w:pPr>
        <w:spacing w:after="40"/>
      </w:pPr>
      <w:r>
        <w:t>parents and staff in a timely manner including assisting on the Measurement Checks, Reception</w:t>
      </w:r>
    </w:p>
    <w:p w14:paraId="34BD8442" w14:textId="77777777" w:rsidR="008D3444" w:rsidRDefault="00950DC4">
      <w:pPr>
        <w:spacing w:after="40"/>
      </w:pPr>
      <w:r>
        <w:t>Vision, Hearing and Dental checks</w:t>
      </w:r>
    </w:p>
    <w:p w14:paraId="6587AE24" w14:textId="77777777" w:rsidR="008D3444" w:rsidRDefault="00950DC4">
      <w:pPr>
        <w:spacing w:after="40"/>
      </w:pPr>
      <w:r>
        <w:t>• Within the wider staff team, care for children who are hurt or unwell, including liaising with staff, first</w:t>
      </w:r>
    </w:p>
    <w:p w14:paraId="213096F0" w14:textId="77777777" w:rsidR="008D3444" w:rsidRDefault="00950DC4">
      <w:pPr>
        <w:spacing w:after="40"/>
      </w:pPr>
      <w:r>
        <w:t>aiders, parents, Public Health England (PHE) and the emergency services.</w:t>
      </w:r>
    </w:p>
    <w:p w14:paraId="601B3254" w14:textId="77777777" w:rsidR="008D3444" w:rsidRDefault="00950DC4">
      <w:pPr>
        <w:spacing w:after="40"/>
      </w:pPr>
      <w:r>
        <w:t>• Liaise with parents and Assistant Head to complete Health Care Plans for children requiring medication</w:t>
      </w:r>
    </w:p>
    <w:p w14:paraId="0E66A2C0" w14:textId="77777777" w:rsidR="008D3444" w:rsidRDefault="00950DC4">
      <w:pPr>
        <w:spacing w:after="40"/>
      </w:pPr>
      <w:r>
        <w:t>and ensure the safe storage and monitoring of medicines on site</w:t>
      </w:r>
    </w:p>
    <w:p w14:paraId="127E5840" w14:textId="77777777" w:rsidR="008D3444" w:rsidRDefault="00950DC4">
      <w:pPr>
        <w:spacing w:after="40"/>
      </w:pPr>
      <w:r>
        <w:t>• Input assessment data for Early Years, KS1 and KS2 within statutory timeframes. Liaise with</w:t>
      </w:r>
    </w:p>
    <w:p w14:paraId="140C4115" w14:textId="77777777" w:rsidR="008D3444" w:rsidRDefault="00950DC4">
      <w:pPr>
        <w:spacing w:after="40"/>
      </w:pPr>
      <w:r>
        <w:t>assessment Co-Ordinator and Headteacher to ensure data is correct. Print relevant forms and reports.</w:t>
      </w:r>
    </w:p>
    <w:p w14:paraId="35296E17" w14:textId="77777777" w:rsidR="008D3444" w:rsidRDefault="00950DC4">
      <w:pPr>
        <w:spacing w:after="40"/>
      </w:pPr>
      <w:r>
        <w:lastRenderedPageBreak/>
        <w:t>• Create reports in the school’s MIS system and submit statutory assessment data to the Local Authority</w:t>
      </w:r>
    </w:p>
    <w:p w14:paraId="11712952" w14:textId="77777777" w:rsidR="008D3444" w:rsidRDefault="00950DC4">
      <w:pPr>
        <w:spacing w:after="40"/>
      </w:pPr>
      <w:r>
        <w:t>via Datalocker following current guidance</w:t>
      </w:r>
    </w:p>
    <w:p w14:paraId="3D4AF4C6" w14:textId="77777777" w:rsidR="008D3444" w:rsidRDefault="00950DC4">
      <w:pPr>
        <w:spacing w:after="40"/>
      </w:pPr>
      <w:r>
        <w:t>• Support the senior leadership team with correspondence relating to the school’s behaviour policy</w:t>
      </w:r>
    </w:p>
    <w:p w14:paraId="7F9D1C6E" w14:textId="77777777" w:rsidR="008D3444" w:rsidRDefault="00950DC4">
      <w:pPr>
        <w:spacing w:after="40"/>
      </w:pPr>
      <w:r>
        <w:t>including red card letters and statutory communication regarding suspensions and exclusions.</w:t>
      </w:r>
    </w:p>
    <w:p w14:paraId="49589342" w14:textId="77777777" w:rsidR="008D3444" w:rsidRDefault="00950DC4">
      <w:pPr>
        <w:spacing w:after="40"/>
      </w:pPr>
      <w:r>
        <w:t>• Manage the collation and distribution of end of year reports to parents including assessment and</w:t>
      </w:r>
    </w:p>
    <w:p w14:paraId="66162902" w14:textId="77777777" w:rsidR="008D3444" w:rsidRDefault="00950DC4">
      <w:pPr>
        <w:spacing w:after="40"/>
      </w:pPr>
      <w:r>
        <w:t>attendance data</w:t>
      </w:r>
    </w:p>
    <w:p w14:paraId="7B30305A" w14:textId="77777777" w:rsidR="008D3444" w:rsidRDefault="00950DC4">
      <w:pPr>
        <w:spacing w:after="40"/>
      </w:pPr>
      <w:r>
        <w:t>• Liaise with relevant members of the local authority as appropriate and relay key information to relevant</w:t>
      </w:r>
    </w:p>
    <w:p w14:paraId="02BBEBDA" w14:textId="77777777" w:rsidR="008D3444" w:rsidRDefault="00950DC4">
      <w:pPr>
        <w:spacing w:after="40"/>
      </w:pPr>
      <w:r>
        <w:t>staff</w:t>
      </w:r>
    </w:p>
    <w:p w14:paraId="7E53C71C" w14:textId="77777777" w:rsidR="008D3444" w:rsidRDefault="00950DC4">
      <w:pPr>
        <w:spacing w:after="40"/>
      </w:pPr>
      <w:r>
        <w:t>• Support effective Health and Safety procedures including Fire Evacuation and Lock Down processes,</w:t>
      </w:r>
    </w:p>
    <w:p w14:paraId="6F0A70DC" w14:textId="77777777" w:rsidR="008D3444" w:rsidRDefault="00950DC4">
      <w:pPr>
        <w:spacing w:after="40"/>
      </w:pPr>
      <w:r>
        <w:t>this includes responsibility for the registers and grab bag</w:t>
      </w:r>
    </w:p>
    <w:p w14:paraId="7E98AA38" w14:textId="77777777" w:rsidR="008D3444" w:rsidRDefault="00950DC4">
      <w:pPr>
        <w:spacing w:after="40"/>
      </w:pPr>
      <w:r>
        <w:t>• Support SLT with any tasks that enable the smooth time efficient preparation and implementation of all</w:t>
      </w:r>
    </w:p>
    <w:p w14:paraId="41C721C0" w14:textId="77777777" w:rsidR="008D3444" w:rsidRDefault="00950DC4">
      <w:pPr>
        <w:spacing w:after="40"/>
      </w:pPr>
      <w:r>
        <w:t>statutory pupil assessments</w:t>
      </w:r>
    </w:p>
    <w:p w14:paraId="0F66A2E3" w14:textId="77777777" w:rsidR="008D3444" w:rsidRDefault="00950DC4">
      <w:pPr>
        <w:spacing w:after="40"/>
      </w:pPr>
      <w:r>
        <w:t>• Assist SBM and HT in the production, monitoring and maintenance of school policies</w:t>
      </w:r>
    </w:p>
    <w:p w14:paraId="6F8393A9" w14:textId="77777777" w:rsidR="008D3444" w:rsidRDefault="00950DC4">
      <w:pPr>
        <w:spacing w:after="40"/>
      </w:pPr>
      <w:r>
        <w:t>• Order, monitor and manage the consumable stock, ensuring best value following the school’s</w:t>
      </w:r>
    </w:p>
    <w:p w14:paraId="25C4B940" w14:textId="77777777" w:rsidR="008D3444" w:rsidRDefault="00950DC4">
      <w:pPr>
        <w:spacing w:after="40"/>
      </w:pPr>
      <w:r>
        <w:t>purchasing process.</w:t>
      </w:r>
    </w:p>
    <w:p w14:paraId="070393A9" w14:textId="77777777" w:rsidR="008D3444" w:rsidRDefault="00950DC4">
      <w:pPr>
        <w:spacing w:after="40"/>
      </w:pPr>
      <w:r>
        <w:t>• Within the office team, ensure all stationary is ordered, checked upon arrival and stationary cupboard</w:t>
      </w:r>
    </w:p>
    <w:p w14:paraId="2F4471D8" w14:textId="77777777" w:rsidR="008D3444" w:rsidRDefault="00950DC4">
      <w:pPr>
        <w:spacing w:after="40"/>
      </w:pPr>
      <w:r>
        <w:t>stocked accordingly.</w:t>
      </w:r>
    </w:p>
    <w:p w14:paraId="69F333DA" w14:textId="77777777" w:rsidR="008D3444" w:rsidRDefault="00950DC4">
      <w:pPr>
        <w:spacing w:after="40"/>
      </w:pPr>
      <w:r>
        <w:t>• Ensure photocopier equipment is maintained including ordering replacement consumables and</w:t>
      </w:r>
    </w:p>
    <w:p w14:paraId="3219110E" w14:textId="77777777" w:rsidR="008D3444" w:rsidRDefault="00950DC4">
      <w:pPr>
        <w:spacing w:after="40"/>
      </w:pPr>
      <w:r>
        <w:t>resolving/reporting issues as needed</w:t>
      </w:r>
    </w:p>
    <w:p w14:paraId="06B01E48" w14:textId="77777777" w:rsidR="008D3444" w:rsidRDefault="00950DC4">
      <w:pPr>
        <w:spacing w:after="40"/>
      </w:pPr>
      <w:r>
        <w:t>• Source promotional and branding goods and materials for the school as directed by the Headteacher</w:t>
      </w:r>
    </w:p>
    <w:p w14:paraId="16757D5D" w14:textId="77777777" w:rsidR="008D3444" w:rsidRDefault="008D3444"/>
    <w:p w14:paraId="34571EC5" w14:textId="77777777" w:rsidR="008D3444" w:rsidRPr="008C0C7B" w:rsidRDefault="00950DC4">
      <w:pPr>
        <w:spacing w:after="40"/>
        <w:rPr>
          <w:color w:val="4F81BD" w:themeColor="accent1"/>
        </w:rPr>
      </w:pPr>
      <w:r w:rsidRPr="008C0C7B">
        <w:rPr>
          <w:b/>
          <w:color w:val="4F81BD" w:themeColor="accent1"/>
          <w:sz w:val="22"/>
        </w:rPr>
        <w:t>HUMAN RESOURCES</w:t>
      </w:r>
    </w:p>
    <w:p w14:paraId="0D443812" w14:textId="77777777" w:rsidR="008D3444" w:rsidRDefault="00950DC4">
      <w:pPr>
        <w:spacing w:after="40"/>
      </w:pPr>
      <w:r>
        <w:t>• Liaise with Business Manager (SBM) and Senior Leadership Team (SLT) and assist the Admin</w:t>
      </w:r>
    </w:p>
    <w:p w14:paraId="0D27CF7A" w14:textId="77777777" w:rsidR="008D3444" w:rsidRDefault="00950DC4">
      <w:pPr>
        <w:spacing w:after="40"/>
      </w:pPr>
      <w:r>
        <w:t>Assistants to manage and record staff absences and book supply cover as needed</w:t>
      </w:r>
    </w:p>
    <w:p w14:paraId="4B4F32FE" w14:textId="77777777" w:rsidR="008D3444" w:rsidRDefault="00950DC4">
      <w:pPr>
        <w:spacing w:after="40"/>
      </w:pPr>
      <w:r>
        <w:t>• Liaise with supply agencies with regard to supply cover and long term contracts as required</w:t>
      </w:r>
    </w:p>
    <w:p w14:paraId="3864128A" w14:textId="77777777" w:rsidR="008D3444" w:rsidRDefault="00950DC4">
      <w:pPr>
        <w:spacing w:after="40"/>
      </w:pPr>
      <w:r>
        <w:t>• Support with the administration of recruitment including advertising, collating documentation, medical</w:t>
      </w:r>
    </w:p>
    <w:p w14:paraId="722810EC" w14:textId="77777777" w:rsidR="008D3444" w:rsidRDefault="00950DC4">
      <w:pPr>
        <w:spacing w:after="40"/>
      </w:pPr>
      <w:r>
        <w:t>clearance and DBS checks as required</w:t>
      </w:r>
    </w:p>
    <w:p w14:paraId="061E10F1" w14:textId="77777777" w:rsidR="008D3444" w:rsidRDefault="00950DC4">
      <w:pPr>
        <w:spacing w:after="40"/>
      </w:pPr>
      <w:r>
        <w:t>• Liaise with SBM and Deputy Head Teacher in completing new starter staff checklist and induction</w:t>
      </w:r>
    </w:p>
    <w:p w14:paraId="4A7CB3E8" w14:textId="77777777" w:rsidR="008D3444" w:rsidRDefault="00950DC4">
      <w:pPr>
        <w:spacing w:after="40"/>
      </w:pPr>
      <w:r>
        <w:t>paperwork and create new staff ID badges.</w:t>
      </w:r>
    </w:p>
    <w:p w14:paraId="2D0EBAA0" w14:textId="77777777" w:rsidR="008D3444" w:rsidRDefault="00950DC4">
      <w:pPr>
        <w:spacing w:after="40"/>
      </w:pPr>
      <w:r>
        <w:t>• Manage and record overtime and payroll entries for casual employees based at the school or overtime</w:t>
      </w:r>
    </w:p>
    <w:p w14:paraId="291A62D2" w14:textId="77777777" w:rsidR="008D3444" w:rsidRDefault="00950DC4">
      <w:pPr>
        <w:spacing w:after="40"/>
      </w:pPr>
      <w:r>
        <w:t>for part time staff.</w:t>
      </w:r>
    </w:p>
    <w:p w14:paraId="744DCBD5" w14:textId="77777777" w:rsidR="008D3444" w:rsidRDefault="00950DC4">
      <w:pPr>
        <w:spacing w:after="40"/>
      </w:pPr>
      <w:r>
        <w:t>• Support the SBM to ensure all new starter paperwork is completed in a timely manner with</w:t>
      </w:r>
    </w:p>
    <w:p w14:paraId="67919766" w14:textId="77777777" w:rsidR="008D3444" w:rsidRDefault="00950DC4">
      <w:pPr>
        <w:spacing w:after="40"/>
      </w:pPr>
      <w:r>
        <w:t>Occupational health, payroll and HR support at Coventry City Council.</w:t>
      </w:r>
    </w:p>
    <w:p w14:paraId="576A08FB" w14:textId="77777777" w:rsidR="008D3444" w:rsidRDefault="00950DC4">
      <w:pPr>
        <w:spacing w:after="40"/>
      </w:pPr>
      <w:r>
        <w:t>• Support the SBM to ensure all new starters references are received and DBS checks are completed</w:t>
      </w:r>
    </w:p>
    <w:p w14:paraId="19E778BA" w14:textId="77777777" w:rsidR="008D3444" w:rsidRDefault="00950DC4">
      <w:pPr>
        <w:spacing w:after="40"/>
      </w:pPr>
      <w:r>
        <w:t>prior to starting employment</w:t>
      </w:r>
    </w:p>
    <w:p w14:paraId="600F2E7E" w14:textId="77777777" w:rsidR="008D3444" w:rsidRDefault="00950DC4">
      <w:pPr>
        <w:spacing w:after="40"/>
      </w:pPr>
      <w:r>
        <w:t>• Liaise with multiple insurance companies to obtain quotes for teacher absence insurance and present</w:t>
      </w:r>
    </w:p>
    <w:p w14:paraId="41777715" w14:textId="77777777" w:rsidR="008D3444" w:rsidRDefault="00950DC4">
      <w:pPr>
        <w:spacing w:after="40"/>
      </w:pPr>
      <w:r>
        <w:t>this information to SBM and Headteacher in a timely manner.</w:t>
      </w:r>
    </w:p>
    <w:p w14:paraId="1F203C45" w14:textId="77777777" w:rsidR="008D3444" w:rsidRDefault="00950DC4">
      <w:pPr>
        <w:spacing w:after="40"/>
      </w:pPr>
      <w:r>
        <w:t>• Support any staff with queries regarding payslips and/or pensions – directing</w:t>
      </w:r>
    </w:p>
    <w:p w14:paraId="32B4DC2A" w14:textId="77777777" w:rsidR="008D3444" w:rsidRDefault="008D3444"/>
    <w:p w14:paraId="5F6EFA78" w14:textId="77777777" w:rsidR="008D3444" w:rsidRPr="008C0C7B" w:rsidRDefault="00950DC4">
      <w:pPr>
        <w:spacing w:after="40"/>
        <w:rPr>
          <w:color w:val="4F81BD" w:themeColor="accent1"/>
        </w:rPr>
      </w:pPr>
      <w:r w:rsidRPr="008C0C7B">
        <w:rPr>
          <w:b/>
          <w:color w:val="4F81BD" w:themeColor="accent1"/>
          <w:sz w:val="22"/>
        </w:rPr>
        <w:t>COMPLIANCE</w:t>
      </w:r>
    </w:p>
    <w:p w14:paraId="3F8BA4D0" w14:textId="77777777" w:rsidR="008D3444" w:rsidRDefault="00950DC4">
      <w:pPr>
        <w:spacing w:after="40"/>
      </w:pPr>
      <w:r>
        <w:t>• Keep records in accordance with the schools record retention schedule and data protection law,</w:t>
      </w:r>
    </w:p>
    <w:p w14:paraId="6B3E8385" w14:textId="77777777" w:rsidR="008D3444" w:rsidRDefault="00950DC4">
      <w:pPr>
        <w:spacing w:after="40"/>
      </w:pPr>
      <w:r>
        <w:t>ensuring information security and confidentiality at all times</w:t>
      </w:r>
    </w:p>
    <w:p w14:paraId="58487BDA" w14:textId="77777777" w:rsidR="008D3444" w:rsidRDefault="00950DC4">
      <w:pPr>
        <w:spacing w:after="40"/>
      </w:pPr>
      <w:r>
        <w:t>• Manage the Singel Central Record and meet monthly with the school governor responsible for</w:t>
      </w:r>
    </w:p>
    <w:p w14:paraId="571DF725" w14:textId="0A423E91" w:rsidR="008D3444" w:rsidRDefault="00950DC4">
      <w:pPr>
        <w:spacing w:after="40"/>
      </w:pPr>
      <w:r>
        <w:t>safeguarding. Ensure that all staff and visitors to the school have DBS checks completed and</w:t>
      </w:r>
      <w:r w:rsidR="008C0C7B">
        <w:t xml:space="preserve"> </w:t>
      </w:r>
      <w:r>
        <w:t>recorded.</w:t>
      </w:r>
    </w:p>
    <w:p w14:paraId="339F28F9" w14:textId="77777777" w:rsidR="008D3444" w:rsidRDefault="00950DC4">
      <w:pPr>
        <w:spacing w:after="40"/>
      </w:pPr>
      <w:r>
        <w:lastRenderedPageBreak/>
        <w:t>• Ensure GDPR processes are followed and all data is stored and transferred as set out in the privacy</w:t>
      </w:r>
    </w:p>
    <w:p w14:paraId="7BF3ACD3" w14:textId="77777777" w:rsidR="008D3444" w:rsidRDefault="00950DC4">
      <w:pPr>
        <w:spacing w:after="40"/>
      </w:pPr>
      <w:r>
        <w:t>documents.</w:t>
      </w:r>
    </w:p>
    <w:p w14:paraId="4E3A08B9" w14:textId="77777777" w:rsidR="008D3444" w:rsidRDefault="00950DC4">
      <w:pPr>
        <w:spacing w:after="40"/>
      </w:pPr>
      <w:r>
        <w:t>• Managing school licences and insurance</w:t>
      </w:r>
    </w:p>
    <w:p w14:paraId="236D749B" w14:textId="77777777" w:rsidR="008D3444" w:rsidRDefault="00950DC4">
      <w:pPr>
        <w:spacing w:after="40"/>
      </w:pPr>
      <w:r>
        <w:t>• To ensure all finance records are maintained in accordance with local authority guidance and finance</w:t>
      </w:r>
    </w:p>
    <w:p w14:paraId="391F1827" w14:textId="77777777" w:rsidR="008D3444" w:rsidRDefault="00950DC4">
      <w:pPr>
        <w:spacing w:after="40"/>
      </w:pPr>
      <w:r>
        <w:t>audit.</w:t>
      </w:r>
    </w:p>
    <w:p w14:paraId="78EE72B2" w14:textId="77777777" w:rsidR="008D3444" w:rsidRDefault="00950DC4">
      <w:pPr>
        <w:spacing w:after="40"/>
      </w:pPr>
      <w:r>
        <w:t>• The General Data Protection Regulation (GDPR) is a legal framework that sets guidelines for the</w:t>
      </w:r>
    </w:p>
    <w:p w14:paraId="6EB31165" w14:textId="77777777" w:rsidR="008D3444" w:rsidRDefault="00950DC4">
      <w:pPr>
        <w:spacing w:after="40"/>
      </w:pPr>
      <w:r>
        <w:t>collection and processing of personal information</w:t>
      </w:r>
    </w:p>
    <w:p w14:paraId="66AF3DE9" w14:textId="77777777" w:rsidR="008D3444" w:rsidRDefault="00950DC4">
      <w:pPr>
        <w:spacing w:after="40"/>
      </w:pPr>
      <w:r>
        <w:t>➢</w:t>
      </w:r>
      <w:r>
        <w:t xml:space="preserve"> Ensure confidentiality and integrity is maintained at all times following GDPR guidance and</w:t>
      </w:r>
    </w:p>
    <w:p w14:paraId="6BE6F4F9" w14:textId="77777777" w:rsidR="008D3444" w:rsidRDefault="00950DC4">
      <w:pPr>
        <w:spacing w:after="40"/>
      </w:pPr>
      <w:r>
        <w:t>seeking advice from the DPO as required</w:t>
      </w:r>
    </w:p>
    <w:p w14:paraId="1650F2CA" w14:textId="77777777" w:rsidR="008D3444" w:rsidRDefault="00950DC4">
      <w:pPr>
        <w:spacing w:after="40"/>
      </w:pPr>
      <w:r>
        <w:t>➢</w:t>
      </w:r>
      <w:r>
        <w:t xml:space="preserve"> Attend relevant training to ensure understanding and responsibilities</w:t>
      </w:r>
    </w:p>
    <w:p w14:paraId="3A7EEC73" w14:textId="77777777" w:rsidR="008D3444" w:rsidRDefault="00950DC4">
      <w:pPr>
        <w:spacing w:after="40"/>
      </w:pPr>
      <w:r>
        <w:t>➢</w:t>
      </w:r>
      <w:r>
        <w:t xml:space="preserve"> Process relevant information for GDPR within the requirements of the school</w:t>
      </w:r>
    </w:p>
    <w:p w14:paraId="3241D30B" w14:textId="77777777" w:rsidR="008D3444" w:rsidRDefault="00950DC4">
      <w:pPr>
        <w:spacing w:after="40"/>
      </w:pPr>
      <w:r>
        <w:t>➢</w:t>
      </w:r>
      <w:r>
        <w:t xml:space="preserve"> Produce documents and records as required under the guidance of the SBM (school DPO) and</w:t>
      </w:r>
    </w:p>
    <w:p w14:paraId="224A099D" w14:textId="77777777" w:rsidR="008D3444" w:rsidRDefault="00950DC4">
      <w:pPr>
        <w:spacing w:after="40"/>
      </w:pPr>
      <w:r>
        <w:t>the Data Protection Officer at the LA</w:t>
      </w:r>
    </w:p>
    <w:p w14:paraId="291DB78A" w14:textId="77777777" w:rsidR="008D3444" w:rsidRDefault="008D3444"/>
    <w:p w14:paraId="7416FEB3" w14:textId="77777777" w:rsidR="008D3444" w:rsidRPr="008C0C7B" w:rsidRDefault="00950DC4">
      <w:pPr>
        <w:spacing w:after="40"/>
        <w:rPr>
          <w:color w:val="4F81BD" w:themeColor="accent1"/>
        </w:rPr>
      </w:pPr>
      <w:r w:rsidRPr="008C0C7B">
        <w:rPr>
          <w:b/>
          <w:color w:val="4F81BD" w:themeColor="accent1"/>
          <w:sz w:val="22"/>
        </w:rPr>
        <w:t>RESOURCE MANAGEMENT &amp; FINANCE</w:t>
      </w:r>
    </w:p>
    <w:p w14:paraId="31360380" w14:textId="77777777" w:rsidR="008D3444" w:rsidRDefault="00950DC4">
      <w:pPr>
        <w:spacing w:after="40"/>
      </w:pPr>
      <w:r>
        <w:t>• Manage office expenditure with an agreed budget</w:t>
      </w:r>
    </w:p>
    <w:p w14:paraId="003123B0" w14:textId="77777777" w:rsidR="008D3444" w:rsidRDefault="00950DC4">
      <w:pPr>
        <w:spacing w:after="40"/>
      </w:pPr>
      <w:r>
        <w:t>• Assist with procurement and securing sponsorship/funding</w:t>
      </w:r>
    </w:p>
    <w:p w14:paraId="7832D6C6" w14:textId="77777777" w:rsidR="008D3444" w:rsidRDefault="00950DC4">
      <w:pPr>
        <w:spacing w:after="40"/>
      </w:pPr>
      <w:r>
        <w:t>• Ensure the accurate input of data onto the school accounting system (Bromcom) including placing</w:t>
      </w:r>
    </w:p>
    <w:p w14:paraId="516660D7" w14:textId="77777777" w:rsidR="008D3444" w:rsidRDefault="00950DC4">
      <w:pPr>
        <w:spacing w:after="40"/>
      </w:pPr>
      <w:r>
        <w:t>orders for budgets under the office manager’s responsibility and authorising orders placed by the SBM</w:t>
      </w:r>
    </w:p>
    <w:p w14:paraId="5F9E0A85" w14:textId="77777777" w:rsidR="008D3444" w:rsidRDefault="00950DC4">
      <w:pPr>
        <w:spacing w:after="40"/>
      </w:pPr>
      <w:r>
        <w:t>• Within the office team, check deliveries, manage distribution and follow up on discrepancies</w:t>
      </w:r>
    </w:p>
    <w:p w14:paraId="4D06782B" w14:textId="77777777" w:rsidR="008D3444" w:rsidRDefault="00950DC4">
      <w:pPr>
        <w:spacing w:after="40"/>
      </w:pPr>
      <w:r>
        <w:t>• Within the office team, deal with purchasing and delivery queries, liaising with SSO and SBM as</w:t>
      </w:r>
    </w:p>
    <w:p w14:paraId="0C3CDA06" w14:textId="77777777" w:rsidR="008D3444" w:rsidRDefault="00950DC4">
      <w:pPr>
        <w:spacing w:after="40"/>
      </w:pPr>
      <w:r>
        <w:t>needed</w:t>
      </w:r>
    </w:p>
    <w:p w14:paraId="1584C7D6" w14:textId="77777777" w:rsidR="008D3444" w:rsidRDefault="00950DC4">
      <w:pPr>
        <w:spacing w:after="40"/>
      </w:pPr>
      <w:r>
        <w:t>• Action all bank payments via BACs or Cheques.</w:t>
      </w:r>
    </w:p>
    <w:p w14:paraId="21F3244D" w14:textId="77777777" w:rsidR="008D3444" w:rsidRDefault="00950DC4">
      <w:pPr>
        <w:spacing w:after="40"/>
      </w:pPr>
      <w:r>
        <w:t>• Within the office team, set up Bromcom for each activity, ensure the collection, reconciliation and</w:t>
      </w:r>
    </w:p>
    <w:p w14:paraId="07C4635C" w14:textId="77777777" w:rsidR="008D3444" w:rsidRDefault="00950DC4">
      <w:pPr>
        <w:spacing w:after="40"/>
      </w:pPr>
      <w:r>
        <w:t>recording of payments for various trips, activities and events undertaken by the school</w:t>
      </w:r>
    </w:p>
    <w:p w14:paraId="14247B8B" w14:textId="77777777" w:rsidR="008D3444" w:rsidRDefault="00950DC4">
      <w:pPr>
        <w:spacing w:after="40"/>
      </w:pPr>
      <w:r>
        <w:t>• Be responsible for all purchase orders, delivery notes, invoices and credit notes and ensure that they</w:t>
      </w:r>
    </w:p>
    <w:p w14:paraId="56A44309" w14:textId="77777777" w:rsidR="008D3444" w:rsidRDefault="00950DC4">
      <w:pPr>
        <w:spacing w:after="40"/>
      </w:pPr>
      <w:r>
        <w:t>are added to the Bromcom system in a timely manner</w:t>
      </w:r>
    </w:p>
    <w:p w14:paraId="76AC8B4E" w14:textId="77777777" w:rsidR="008D3444" w:rsidRDefault="00950DC4">
      <w:pPr>
        <w:spacing w:after="40"/>
      </w:pPr>
      <w:r>
        <w:t>• Support with the management of lettings and use of the premises by outside organisations and local</w:t>
      </w:r>
    </w:p>
    <w:p w14:paraId="546923C6" w14:textId="77777777" w:rsidR="008D3444" w:rsidRDefault="00950DC4">
      <w:pPr>
        <w:spacing w:after="40"/>
      </w:pPr>
      <w:r>
        <w:t>community.</w:t>
      </w:r>
    </w:p>
    <w:p w14:paraId="608E4742" w14:textId="77777777" w:rsidR="008D3444" w:rsidRDefault="00950DC4">
      <w:pPr>
        <w:spacing w:after="40"/>
      </w:pPr>
      <w:r>
        <w:t>• Invoice external lettings in a timely manner, ensuring that all accounts are up to date and updating</w:t>
      </w:r>
    </w:p>
    <w:p w14:paraId="4D509122" w14:textId="77777777" w:rsidR="008D3444" w:rsidRDefault="00950DC4">
      <w:pPr>
        <w:spacing w:after="40"/>
      </w:pPr>
      <w:r>
        <w:t>SBM and Headteacher of any debts over 30 days.</w:t>
      </w:r>
    </w:p>
    <w:p w14:paraId="41FCF631" w14:textId="77777777" w:rsidR="008D3444" w:rsidRDefault="00950DC4">
      <w:pPr>
        <w:spacing w:after="40"/>
      </w:pPr>
      <w:r>
        <w:t>• Record all receipts of cash, cheques, BACs and MCAS payments onto Bromcom</w:t>
      </w:r>
    </w:p>
    <w:p w14:paraId="207D7A5D" w14:textId="77777777" w:rsidR="008D3444" w:rsidRDefault="00950DC4">
      <w:pPr>
        <w:spacing w:after="40"/>
      </w:pPr>
      <w:r>
        <w:t>• Ensure all monies received are secured in the school safe and maintain a log of safe contents</w:t>
      </w:r>
    </w:p>
    <w:p w14:paraId="08CBFCFB" w14:textId="77777777" w:rsidR="008D3444" w:rsidRDefault="00950DC4">
      <w:pPr>
        <w:spacing w:after="40"/>
      </w:pPr>
      <w:r>
        <w:t>• Within the office team, prepare all monies received for secure banking collection</w:t>
      </w:r>
    </w:p>
    <w:p w14:paraId="14B4EFB2" w14:textId="77777777" w:rsidR="008D3444" w:rsidRDefault="00950DC4">
      <w:pPr>
        <w:spacing w:after="40"/>
      </w:pPr>
      <w:r>
        <w:t>• Within the office team, liaise with the SBM on any financial or staffing issues to ensure effective</w:t>
      </w:r>
    </w:p>
    <w:p w14:paraId="7C5C3037" w14:textId="77777777" w:rsidR="008D3444" w:rsidRDefault="00950DC4">
      <w:pPr>
        <w:spacing w:after="40"/>
      </w:pPr>
      <w:r>
        <w:t>provision of service and value for money</w:t>
      </w:r>
    </w:p>
    <w:p w14:paraId="77B2A2CA" w14:textId="77777777" w:rsidR="008D3444" w:rsidRDefault="00950DC4">
      <w:pPr>
        <w:spacing w:after="40"/>
      </w:pPr>
      <w:r>
        <w:t>• Support SBM with End of Financial Year Process</w:t>
      </w:r>
    </w:p>
    <w:p w14:paraId="1B1C267B" w14:textId="77777777" w:rsidR="008D3444" w:rsidRDefault="00950DC4">
      <w:pPr>
        <w:spacing w:after="40"/>
      </w:pPr>
      <w:r>
        <w:t>• Assist SBM in the preparation of any school audits</w:t>
      </w:r>
    </w:p>
    <w:p w14:paraId="21FD0358" w14:textId="77777777" w:rsidR="008D3444" w:rsidRDefault="008D3444"/>
    <w:p w14:paraId="02760577" w14:textId="77777777" w:rsidR="008D3444" w:rsidRPr="008C0C7B" w:rsidRDefault="00950DC4">
      <w:pPr>
        <w:spacing w:after="40"/>
        <w:rPr>
          <w:color w:val="4F81BD" w:themeColor="accent1"/>
        </w:rPr>
      </w:pPr>
      <w:r w:rsidRPr="008C0C7B">
        <w:rPr>
          <w:b/>
          <w:color w:val="4F81BD" w:themeColor="accent1"/>
          <w:sz w:val="22"/>
        </w:rPr>
        <w:t>ADDITIONAL ROLE, RESPONSIBILITIES &amp; EXPECTATIONS</w:t>
      </w:r>
    </w:p>
    <w:p w14:paraId="04BC4614" w14:textId="77777777" w:rsidR="008D3444" w:rsidRDefault="00950DC4">
      <w:pPr>
        <w:spacing w:after="40"/>
      </w:pPr>
      <w:r>
        <w:t>• Be committed to the safeguarding and promotion of the welfare of children and young people</w:t>
      </w:r>
    </w:p>
    <w:p w14:paraId="45D92850" w14:textId="77777777" w:rsidR="008D3444" w:rsidRDefault="00950DC4">
      <w:pPr>
        <w:spacing w:after="40"/>
      </w:pPr>
      <w:r>
        <w:t>• Comply with the policies and procedures relating to child protection, health and safety, security,</w:t>
      </w:r>
    </w:p>
    <w:p w14:paraId="36EC54A1" w14:textId="77777777" w:rsidR="008D3444" w:rsidRDefault="00950DC4">
      <w:pPr>
        <w:spacing w:after="40"/>
      </w:pPr>
      <w:r>
        <w:t>confidentiality and data protection, equal opportunities and reporting all concerns to an appropriate</w:t>
      </w:r>
    </w:p>
    <w:p w14:paraId="23776B4C" w14:textId="77777777" w:rsidR="008D3444" w:rsidRDefault="00950DC4">
      <w:pPr>
        <w:spacing w:after="40"/>
      </w:pPr>
      <w:r>
        <w:t>person</w:t>
      </w:r>
    </w:p>
    <w:p w14:paraId="375C0F09" w14:textId="77777777" w:rsidR="008D3444" w:rsidRDefault="00950DC4">
      <w:pPr>
        <w:spacing w:after="40"/>
      </w:pPr>
      <w:r>
        <w:lastRenderedPageBreak/>
        <w:t>• Take appropriate action to identify, evaluate and minimise any risks to health, safety and security in the</w:t>
      </w:r>
    </w:p>
    <w:p w14:paraId="61B9B099" w14:textId="77777777" w:rsidR="008D3444" w:rsidRDefault="00950DC4">
      <w:pPr>
        <w:spacing w:after="40"/>
      </w:pPr>
      <w:r>
        <w:t>school working environment</w:t>
      </w:r>
    </w:p>
    <w:p w14:paraId="2BB8BFBD" w14:textId="77777777" w:rsidR="008D3444" w:rsidRDefault="00950DC4">
      <w:pPr>
        <w:spacing w:after="40"/>
      </w:pPr>
      <w:r>
        <w:t>• Contribute to the overall ethos/work/aims of the school</w:t>
      </w:r>
    </w:p>
    <w:p w14:paraId="69A08D8C" w14:textId="77777777" w:rsidR="008D3444" w:rsidRDefault="00950DC4">
      <w:pPr>
        <w:spacing w:after="40"/>
      </w:pPr>
      <w:r>
        <w:t>• Responsible for effective operation of payroll system</w:t>
      </w:r>
    </w:p>
    <w:p w14:paraId="4F633689" w14:textId="77777777" w:rsidR="008D3444" w:rsidRDefault="00950DC4">
      <w:pPr>
        <w:spacing w:after="40"/>
      </w:pPr>
      <w:r>
        <w:t>• Establish constructive relationships and communication with all staff and other agencies/professionals</w:t>
      </w:r>
    </w:p>
    <w:p w14:paraId="2C2FF738" w14:textId="77777777" w:rsidR="008D3444" w:rsidRDefault="00950DC4">
      <w:pPr>
        <w:spacing w:after="40"/>
      </w:pPr>
      <w:r>
        <w:t>• Recognise own strengths and areas of expertise and use these to advise and support others</w:t>
      </w:r>
    </w:p>
    <w:p w14:paraId="472BE3D4" w14:textId="77777777" w:rsidR="008D3444" w:rsidRDefault="00950DC4">
      <w:pPr>
        <w:spacing w:after="40"/>
      </w:pPr>
      <w:r>
        <w:t>• Participate in training and other learning activities and performance development as required</w:t>
      </w:r>
    </w:p>
    <w:p w14:paraId="79D0169A" w14:textId="77777777" w:rsidR="008D3444" w:rsidRDefault="00950DC4">
      <w:pPr>
        <w:spacing w:after="40"/>
      </w:pPr>
      <w:r>
        <w:t>• Develop an office team that delivers and meets the needs of the school</w:t>
      </w:r>
    </w:p>
    <w:p w14:paraId="3F0002F0" w14:textId="77777777" w:rsidR="008D3444" w:rsidRDefault="00950DC4">
      <w:pPr>
        <w:spacing w:after="40"/>
      </w:pPr>
      <w:r>
        <w:t>• Ensure that all staff create a professional and welcoming reception for all visitors and parents and all</w:t>
      </w:r>
    </w:p>
    <w:p w14:paraId="7E7D87BA" w14:textId="77777777" w:rsidR="008D3444" w:rsidRDefault="00950DC4">
      <w:pPr>
        <w:spacing w:after="40"/>
      </w:pPr>
      <w:r>
        <w:t>visitor checks and health and safety processes are in place to monitor entry in and out of the building</w:t>
      </w:r>
    </w:p>
    <w:p w14:paraId="30CCE2E8" w14:textId="77777777" w:rsidR="008D3444" w:rsidRDefault="00950DC4">
      <w:pPr>
        <w:spacing w:after="40"/>
      </w:pPr>
      <w:r>
        <w:t>• Line manage and organise administrative staff, ensuring the smooth and effective running of the school</w:t>
      </w:r>
    </w:p>
    <w:p w14:paraId="3F29AD55" w14:textId="77777777" w:rsidR="008D3444" w:rsidRDefault="00950DC4">
      <w:pPr>
        <w:spacing w:after="40"/>
      </w:pPr>
      <w:r>
        <w:t>office and all administrative and communication systems</w:t>
      </w:r>
    </w:p>
    <w:p w14:paraId="3CEB618F" w14:textId="77777777" w:rsidR="008D3444" w:rsidRDefault="00950DC4">
      <w:pPr>
        <w:spacing w:after="40"/>
      </w:pPr>
      <w:r>
        <w:t>• Ensure that all members of the office present at all times a positive image to the school to all staff,</w:t>
      </w:r>
    </w:p>
    <w:p w14:paraId="2D0A6FF6" w14:textId="77777777" w:rsidR="008D3444" w:rsidRDefault="00950DC4">
      <w:pPr>
        <w:spacing w:after="40"/>
      </w:pPr>
      <w:r>
        <w:t>parent and visitors both internally6 and externally</w:t>
      </w:r>
    </w:p>
    <w:p w14:paraId="0475EF03" w14:textId="77777777" w:rsidR="008D3444" w:rsidRDefault="008D3444"/>
    <w:p w14:paraId="3B5EF3DF" w14:textId="77777777" w:rsidR="008D3444" w:rsidRDefault="008D3444"/>
    <w:p w14:paraId="44BE8B2D" w14:textId="77777777" w:rsidR="008D3444" w:rsidRPr="008C0C7B" w:rsidRDefault="00950DC4" w:rsidP="008C0C7B">
      <w:pPr>
        <w:spacing w:after="40"/>
        <w:jc w:val="center"/>
        <w:rPr>
          <w:b/>
          <w:bCs/>
        </w:rPr>
      </w:pPr>
      <w:r w:rsidRPr="008C0C7B">
        <w:rPr>
          <w:b/>
          <w:bCs/>
        </w:rPr>
        <w:t>Any other duties and responsibilities within the range of the salary grade</w:t>
      </w:r>
    </w:p>
    <w:p w14:paraId="5CEE1D08" w14:textId="77777777" w:rsidR="008D3444" w:rsidRDefault="008D3444"/>
    <w:p w14:paraId="19669459" w14:textId="77777777" w:rsidR="008D3444" w:rsidRPr="008C0C7B" w:rsidRDefault="00950DC4">
      <w:pPr>
        <w:spacing w:after="40"/>
        <w:rPr>
          <w:b/>
          <w:bCs/>
        </w:rPr>
      </w:pPr>
      <w:r w:rsidRPr="008C0C7B">
        <w:rPr>
          <w:b/>
          <w:bCs/>
        </w:rPr>
        <w:t>“Duties which include the processing of any personal data, must be undertaken within the corporate</w:t>
      </w:r>
    </w:p>
    <w:p w14:paraId="0F55DDFF" w14:textId="77777777" w:rsidR="008D3444" w:rsidRPr="008C0C7B" w:rsidRDefault="00950DC4">
      <w:pPr>
        <w:spacing w:after="40"/>
        <w:rPr>
          <w:b/>
          <w:bCs/>
        </w:rPr>
      </w:pPr>
      <w:r w:rsidRPr="008C0C7B">
        <w:rPr>
          <w:b/>
          <w:bCs/>
        </w:rPr>
        <w:t>Data Protection Guidelines (Data Protection Act 1998)”</w:t>
      </w:r>
    </w:p>
    <w:p w14:paraId="6C3233EF" w14:textId="77777777" w:rsidR="008D3444" w:rsidRPr="008C0C7B" w:rsidRDefault="00950DC4">
      <w:pPr>
        <w:spacing w:after="40"/>
        <w:rPr>
          <w:b/>
          <w:bCs/>
        </w:rPr>
      </w:pPr>
      <w:r w:rsidRPr="008C0C7B">
        <w:rPr>
          <w:b/>
          <w:bCs/>
        </w:rPr>
        <w:t>Grangehurst Primary School is committed to safeguarding and promoting the welfare of children and</w:t>
      </w:r>
    </w:p>
    <w:p w14:paraId="5CFF4FC8" w14:textId="77777777" w:rsidR="008D3444" w:rsidRPr="008C0C7B" w:rsidRDefault="00950DC4">
      <w:pPr>
        <w:spacing w:after="40"/>
        <w:rPr>
          <w:b/>
          <w:bCs/>
        </w:rPr>
      </w:pPr>
      <w:r w:rsidRPr="008C0C7B">
        <w:rPr>
          <w:b/>
          <w:bCs/>
        </w:rPr>
        <w:t xml:space="preserve">young people and </w:t>
      </w:r>
      <w:proofErr w:type="gramStart"/>
      <w:r w:rsidRPr="008C0C7B">
        <w:rPr>
          <w:b/>
          <w:bCs/>
        </w:rPr>
        <w:t>expects</w:t>
      </w:r>
      <w:proofErr w:type="gramEnd"/>
      <w:r w:rsidRPr="008C0C7B">
        <w:rPr>
          <w:b/>
          <w:bCs/>
        </w:rPr>
        <w:t xml:space="preserve"> all staff to share this commitment. The post holder’s responsibility for</w:t>
      </w:r>
    </w:p>
    <w:p w14:paraId="49A4A484" w14:textId="77777777" w:rsidR="008D3444" w:rsidRPr="008C0C7B" w:rsidRDefault="00950DC4">
      <w:pPr>
        <w:spacing w:after="40"/>
        <w:rPr>
          <w:b/>
          <w:bCs/>
        </w:rPr>
      </w:pPr>
      <w:r w:rsidRPr="008C0C7B">
        <w:rPr>
          <w:b/>
          <w:bCs/>
        </w:rPr>
        <w:t>promoting and safeguarding the welfare of children and young people for whom s/he comes into</w:t>
      </w:r>
    </w:p>
    <w:p w14:paraId="4C483544" w14:textId="77777777" w:rsidR="008D3444" w:rsidRPr="008C0C7B" w:rsidRDefault="00950DC4">
      <w:pPr>
        <w:spacing w:after="40"/>
        <w:rPr>
          <w:b/>
          <w:bCs/>
        </w:rPr>
      </w:pPr>
      <w:r w:rsidRPr="008C0C7B">
        <w:rPr>
          <w:b/>
          <w:bCs/>
        </w:rPr>
        <w:t>contact will be to adhere to and ensure compliance with the School’s Child Protection Policy</w:t>
      </w:r>
    </w:p>
    <w:p w14:paraId="09305F54" w14:textId="77777777" w:rsidR="008D3444" w:rsidRPr="008C0C7B" w:rsidRDefault="00950DC4">
      <w:pPr>
        <w:spacing w:after="40"/>
        <w:rPr>
          <w:b/>
          <w:bCs/>
        </w:rPr>
      </w:pPr>
      <w:r w:rsidRPr="008C0C7B">
        <w:rPr>
          <w:b/>
          <w:bCs/>
        </w:rPr>
        <w:t xml:space="preserve">Statement </w:t>
      </w:r>
      <w:proofErr w:type="gramStart"/>
      <w:r w:rsidRPr="008C0C7B">
        <w:rPr>
          <w:b/>
          <w:bCs/>
        </w:rPr>
        <w:t>at all times</w:t>
      </w:r>
      <w:proofErr w:type="gramEnd"/>
      <w:r w:rsidRPr="008C0C7B">
        <w:rPr>
          <w:b/>
          <w:bCs/>
        </w:rPr>
        <w:t xml:space="preserve">. If, </w:t>
      </w:r>
      <w:proofErr w:type="gramStart"/>
      <w:r w:rsidRPr="008C0C7B">
        <w:rPr>
          <w:b/>
          <w:bCs/>
        </w:rPr>
        <w:t>in the course of</w:t>
      </w:r>
      <w:proofErr w:type="gramEnd"/>
      <w:r w:rsidRPr="008C0C7B">
        <w:rPr>
          <w:b/>
          <w:bCs/>
        </w:rPr>
        <w:t xml:space="preserve"> carrying out the duties of the post the post holder becomes</w:t>
      </w:r>
    </w:p>
    <w:p w14:paraId="1FC5C307" w14:textId="77777777" w:rsidR="008D3444" w:rsidRPr="008C0C7B" w:rsidRDefault="00950DC4">
      <w:pPr>
        <w:spacing w:after="40"/>
        <w:rPr>
          <w:b/>
          <w:bCs/>
        </w:rPr>
      </w:pPr>
      <w:r w:rsidRPr="008C0C7B">
        <w:rPr>
          <w:b/>
          <w:bCs/>
        </w:rPr>
        <w:t>aware of any actual or potential risks to the safety or welfare of children in the school s/he must report</w:t>
      </w:r>
    </w:p>
    <w:p w14:paraId="00D7AF26" w14:textId="77777777" w:rsidR="008D3444" w:rsidRPr="008C0C7B" w:rsidRDefault="00950DC4">
      <w:pPr>
        <w:spacing w:after="40"/>
        <w:rPr>
          <w:b/>
          <w:bCs/>
        </w:rPr>
      </w:pPr>
      <w:r w:rsidRPr="008C0C7B">
        <w:rPr>
          <w:b/>
          <w:bCs/>
        </w:rPr>
        <w:t>any concerns to his/her Line Manager or the School’s Child Protection Officer</w:t>
      </w:r>
    </w:p>
    <w:p w14:paraId="6D6702D8" w14:textId="77777777" w:rsidR="008D3444" w:rsidRDefault="008D3444"/>
    <w:p w14:paraId="23E50199" w14:textId="77777777" w:rsidR="008D3444" w:rsidRDefault="008D3444"/>
    <w:p w14:paraId="237B039B" w14:textId="77777777" w:rsidR="008D3444" w:rsidRDefault="008D3444"/>
    <w:p w14:paraId="2AF53869" w14:textId="60CD8505" w:rsidR="008D3444" w:rsidRDefault="008D3444"/>
    <w:sectPr w:rsidR="008D3444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8941960">
    <w:abstractNumId w:val="8"/>
  </w:num>
  <w:num w:numId="2" w16cid:durableId="423037440">
    <w:abstractNumId w:val="6"/>
  </w:num>
  <w:num w:numId="3" w16cid:durableId="1210534747">
    <w:abstractNumId w:val="5"/>
  </w:num>
  <w:num w:numId="4" w16cid:durableId="1820729282">
    <w:abstractNumId w:val="4"/>
  </w:num>
  <w:num w:numId="5" w16cid:durableId="882978975">
    <w:abstractNumId w:val="7"/>
  </w:num>
  <w:num w:numId="6" w16cid:durableId="2013484324">
    <w:abstractNumId w:val="3"/>
  </w:num>
  <w:num w:numId="7" w16cid:durableId="934360280">
    <w:abstractNumId w:val="2"/>
  </w:num>
  <w:num w:numId="8" w16cid:durableId="930966458">
    <w:abstractNumId w:val="1"/>
  </w:num>
  <w:num w:numId="9" w16cid:durableId="2055427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C0C7B"/>
    <w:rsid w:val="008D3444"/>
    <w:rsid w:val="00AA1D8D"/>
    <w:rsid w:val="00B47730"/>
    <w:rsid w:val="00CB0664"/>
    <w:rsid w:val="00E212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AB3B0D"/>
  <w14:defaultImageDpi w14:val="300"/>
  <w15:docId w15:val="{8B78B283-2681-4032-80D8-566C3F3B4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8C0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1988</Words>
  <Characters>11338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Kate Cooke</cp:lastModifiedBy>
  <cp:revision>2</cp:revision>
  <dcterms:created xsi:type="dcterms:W3CDTF">2026-10-01T11:02:00Z</dcterms:created>
  <dcterms:modified xsi:type="dcterms:W3CDTF">2026-10-01T11:02:00Z</dcterms:modified>
  <cp:category/>
</cp:coreProperties>
</file>